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4469" w14:textId="1C4A2F01" w:rsidR="006A5AAB" w:rsidRDefault="0016591A">
      <w:pPr>
        <w:jc w:val="center"/>
        <w:rPr>
          <w:b/>
          <w:color w:val="B40000"/>
          <w:sz w:val="32"/>
          <w:lang w:val="nl-NL"/>
        </w:rPr>
      </w:pPr>
      <w:r w:rsidRPr="0084409A">
        <w:rPr>
          <w:b/>
          <w:color w:val="B40000"/>
          <w:sz w:val="32"/>
          <w:lang w:val="nl-NL"/>
        </w:rPr>
        <w:t>Inschrijfformulier RVC Kersttoernooi – 1</w:t>
      </w:r>
      <w:r w:rsidR="00AF7198">
        <w:rPr>
          <w:b/>
          <w:color w:val="B40000"/>
          <w:sz w:val="32"/>
          <w:lang w:val="nl-NL"/>
        </w:rPr>
        <w:t>3</w:t>
      </w:r>
      <w:r w:rsidRPr="0084409A">
        <w:rPr>
          <w:b/>
          <w:color w:val="B40000"/>
          <w:sz w:val="32"/>
          <w:lang w:val="nl-NL"/>
        </w:rPr>
        <w:t xml:space="preserve"> december 202</w:t>
      </w:r>
      <w:r w:rsidR="00AF7198">
        <w:rPr>
          <w:b/>
          <w:color w:val="B40000"/>
          <w:sz w:val="32"/>
          <w:lang w:val="nl-NL"/>
        </w:rPr>
        <w:t>6</w:t>
      </w:r>
    </w:p>
    <w:p w14:paraId="23DDAE12" w14:textId="77777777" w:rsidR="0084409A" w:rsidRPr="0084409A" w:rsidRDefault="0084409A" w:rsidP="0084409A">
      <w:pPr>
        <w:pStyle w:val="Geenafstand"/>
        <w:rPr>
          <w:lang w:val="nl-NL"/>
        </w:rPr>
      </w:pPr>
    </w:p>
    <w:p w14:paraId="58C80DB0" w14:textId="77777777" w:rsidR="006A5AAB" w:rsidRPr="0084409A" w:rsidRDefault="0016591A" w:rsidP="0084409A">
      <w:pPr>
        <w:pStyle w:val="Geenafstand"/>
        <w:rPr>
          <w:lang w:val="nl-NL"/>
        </w:rPr>
      </w:pPr>
      <w:r>
        <w:rPr>
          <w:rFonts w:ascii="Segoe UI Emoji" w:hAnsi="Segoe UI Emoji" w:cs="Segoe UI Emoji"/>
        </w:rPr>
        <w:t>🏐</w:t>
      </w:r>
      <w:r w:rsidRPr="0084409A">
        <w:rPr>
          <w:rFonts w:asciiTheme="majorHAnsi" w:hAnsiTheme="majorHAnsi" w:cstheme="majorHAnsi"/>
          <w:lang w:val="nl-NL"/>
        </w:rPr>
        <w:t xml:space="preserve"> </w:t>
      </w:r>
      <w:r w:rsidRPr="0016591A">
        <w:rPr>
          <w:rFonts w:asciiTheme="majorHAnsi" w:hAnsiTheme="majorHAnsi" w:cstheme="majorHAnsi"/>
          <w:b/>
          <w:bCs/>
          <w:lang w:val="nl-NL"/>
        </w:rPr>
        <w:t>Teamgegevens</w:t>
      </w:r>
    </w:p>
    <w:p w14:paraId="186AA941" w14:textId="77777777" w:rsidR="0084409A" w:rsidRPr="0065759A" w:rsidRDefault="0084409A" w:rsidP="0084409A">
      <w:pPr>
        <w:pStyle w:val="Geenafstand"/>
        <w:rPr>
          <w:rFonts w:asciiTheme="majorHAnsi" w:hAnsiTheme="majorHAnsi" w:cstheme="majorHAnsi"/>
          <w:lang w:val="nl-NL"/>
        </w:rPr>
      </w:pPr>
    </w:p>
    <w:p w14:paraId="0DC20F41" w14:textId="3D91AB6F" w:rsidR="006A5AAB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Vereniging:</w:t>
      </w:r>
      <w:r w:rsidR="0084409A" w:rsidRPr="0084409A">
        <w:rPr>
          <w:rFonts w:asciiTheme="majorHAnsi" w:hAnsiTheme="majorHAnsi" w:cstheme="majorHAnsi"/>
          <w:lang w:val="nl-NL"/>
        </w:rPr>
        <w:tab/>
      </w:r>
      <w:r w:rsidR="0084409A" w:rsidRPr="0084409A">
        <w:rPr>
          <w:rFonts w:asciiTheme="majorHAnsi" w:hAnsiTheme="majorHAnsi" w:cstheme="majorHAnsi"/>
          <w:lang w:val="nl-NL"/>
        </w:rPr>
        <w:tab/>
      </w:r>
      <w:r w:rsidR="0084409A" w:rsidRPr="0084409A">
        <w:rPr>
          <w:rFonts w:asciiTheme="majorHAnsi" w:hAnsiTheme="majorHAnsi" w:cstheme="majorHAnsi"/>
          <w:lang w:val="nl-NL"/>
        </w:rPr>
        <w:tab/>
      </w:r>
      <w:r w:rsidR="0084409A" w:rsidRPr="0084409A">
        <w:rPr>
          <w:rFonts w:asciiTheme="majorHAnsi" w:hAnsiTheme="majorHAnsi" w:cstheme="majorHAnsi"/>
          <w:lang w:val="nl-NL"/>
        </w:rPr>
        <w:tab/>
      </w:r>
      <w:r w:rsidRPr="0084409A">
        <w:rPr>
          <w:rFonts w:asciiTheme="majorHAnsi" w:hAnsiTheme="majorHAnsi" w:cstheme="majorHAnsi"/>
          <w:lang w:val="nl-NL"/>
        </w:rPr>
        <w:t>_______________________________________</w:t>
      </w:r>
    </w:p>
    <w:p w14:paraId="6A975CB4" w14:textId="77777777" w:rsidR="0084409A" w:rsidRPr="0084409A" w:rsidRDefault="0084409A" w:rsidP="0084409A">
      <w:pPr>
        <w:pStyle w:val="Geenafstand"/>
        <w:rPr>
          <w:rFonts w:asciiTheme="majorHAnsi" w:hAnsiTheme="majorHAnsi" w:cstheme="majorHAnsi"/>
          <w:lang w:val="nl-NL"/>
        </w:rPr>
      </w:pPr>
    </w:p>
    <w:p w14:paraId="68CFDCD2" w14:textId="6E6317DD" w:rsidR="006A5AAB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 xml:space="preserve">Teamnaam </w:t>
      </w:r>
      <w:r w:rsidR="0084409A" w:rsidRPr="0084409A">
        <w:rPr>
          <w:rFonts w:asciiTheme="majorHAnsi" w:hAnsiTheme="majorHAnsi" w:cstheme="majorHAnsi"/>
          <w:lang w:val="nl-NL"/>
        </w:rPr>
        <w:t>Ke</w:t>
      </w:r>
      <w:r w:rsidRPr="0084409A">
        <w:rPr>
          <w:rFonts w:asciiTheme="majorHAnsi" w:hAnsiTheme="majorHAnsi" w:cstheme="majorHAnsi"/>
          <w:lang w:val="nl-NL"/>
        </w:rPr>
        <w:t>rsttoernooi:</w:t>
      </w:r>
      <w:r w:rsidR="0084409A" w:rsidRPr="0084409A">
        <w:rPr>
          <w:rFonts w:asciiTheme="majorHAnsi" w:hAnsiTheme="majorHAnsi" w:cstheme="majorHAnsi"/>
          <w:lang w:val="nl-NL"/>
        </w:rPr>
        <w:tab/>
      </w:r>
      <w:r w:rsidR="0084409A" w:rsidRPr="0084409A">
        <w:rPr>
          <w:rFonts w:asciiTheme="majorHAnsi" w:hAnsiTheme="majorHAnsi" w:cstheme="majorHAnsi"/>
          <w:lang w:val="nl-NL"/>
        </w:rPr>
        <w:tab/>
      </w:r>
      <w:r w:rsidRPr="0084409A">
        <w:rPr>
          <w:rFonts w:asciiTheme="majorHAnsi" w:hAnsiTheme="majorHAnsi" w:cstheme="majorHAnsi"/>
          <w:lang w:val="nl-NL"/>
        </w:rPr>
        <w:t>________________________________________</w:t>
      </w:r>
    </w:p>
    <w:p w14:paraId="2A8CC1D1" w14:textId="77777777" w:rsidR="008A6424" w:rsidRDefault="008A6424" w:rsidP="0084409A">
      <w:pPr>
        <w:pStyle w:val="Geenafstand"/>
        <w:rPr>
          <w:rFonts w:asciiTheme="majorHAnsi" w:hAnsiTheme="majorHAnsi" w:cstheme="majorHAnsi"/>
          <w:lang w:val="nl-NL"/>
        </w:rPr>
      </w:pPr>
    </w:p>
    <w:p w14:paraId="0BB62C4D" w14:textId="285045A6" w:rsidR="00AF7198" w:rsidRPr="0084409A" w:rsidRDefault="00AF7198" w:rsidP="0084409A">
      <w:pPr>
        <w:pStyle w:val="Geenafstand"/>
        <w:rPr>
          <w:rFonts w:asciiTheme="majorHAnsi" w:hAnsiTheme="majorHAnsi" w:cstheme="majorHAnsi"/>
          <w:lang w:val="nl-NL"/>
        </w:rPr>
      </w:pPr>
      <w:r>
        <w:rPr>
          <w:rFonts w:asciiTheme="majorHAnsi" w:hAnsiTheme="majorHAnsi" w:cstheme="majorHAnsi"/>
          <w:lang w:val="nl-NL"/>
        </w:rPr>
        <w:t xml:space="preserve">Teamkerstyell:                           </w:t>
      </w:r>
      <w:r w:rsidRPr="0084409A">
        <w:rPr>
          <w:rFonts w:asciiTheme="majorHAnsi" w:hAnsiTheme="majorHAnsi" w:cstheme="majorHAnsi"/>
          <w:lang w:val="nl-NL"/>
        </w:rPr>
        <w:tab/>
      </w:r>
      <w:r w:rsidRPr="0084409A">
        <w:rPr>
          <w:rFonts w:asciiTheme="majorHAnsi" w:hAnsiTheme="majorHAnsi" w:cstheme="majorHAnsi"/>
          <w:lang w:val="nl-NL"/>
        </w:rPr>
        <w:tab/>
      </w:r>
      <w:r w:rsidRPr="0065759A">
        <w:rPr>
          <w:rFonts w:asciiTheme="majorHAnsi" w:hAnsiTheme="majorHAnsi" w:cstheme="majorHAnsi"/>
          <w:lang w:val="nl-NL"/>
        </w:rPr>
        <w:t>________________________________________</w:t>
      </w:r>
    </w:p>
    <w:p w14:paraId="0CE2A866" w14:textId="77777777" w:rsidR="0084409A" w:rsidRPr="0084409A" w:rsidRDefault="0084409A" w:rsidP="0084409A">
      <w:pPr>
        <w:pStyle w:val="Geenafstand"/>
        <w:rPr>
          <w:rFonts w:asciiTheme="majorHAnsi" w:hAnsiTheme="majorHAnsi" w:cstheme="majorHAnsi"/>
          <w:lang w:val="nl-NL"/>
        </w:rPr>
      </w:pPr>
    </w:p>
    <w:p w14:paraId="7E4719B7" w14:textId="02DDAA80" w:rsidR="0084409A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 xml:space="preserve">Deelname in poule: </w:t>
      </w:r>
      <w:r w:rsidR="0084409A" w:rsidRPr="0084409A">
        <w:rPr>
          <w:rFonts w:asciiTheme="majorHAnsi" w:hAnsiTheme="majorHAnsi" w:cstheme="majorHAnsi"/>
          <w:lang w:val="nl-NL"/>
        </w:rPr>
        <w:tab/>
      </w:r>
      <w:r w:rsidR="0084409A" w:rsidRPr="0084409A">
        <w:rPr>
          <w:rFonts w:asciiTheme="majorHAnsi" w:hAnsiTheme="majorHAnsi" w:cstheme="majorHAnsi"/>
          <w:lang w:val="nl-NL"/>
        </w:rPr>
        <w:tab/>
      </w:r>
      <w:r w:rsidR="0084409A" w:rsidRPr="0084409A">
        <w:rPr>
          <w:rFonts w:asciiTheme="majorHAnsi" w:hAnsiTheme="majorHAnsi" w:cstheme="majorHAnsi"/>
          <w:lang w:val="nl-NL"/>
        </w:rPr>
        <w:tab/>
      </w:r>
      <w:r w:rsidRPr="0084409A">
        <w:rPr>
          <w:rFonts w:ascii="Segoe UI Symbol" w:hAnsi="Segoe UI Symbol" w:cs="Segoe UI Symbol"/>
          <w:lang w:val="nl-NL"/>
        </w:rPr>
        <w:t>☐</w:t>
      </w:r>
      <w:r w:rsidRPr="0084409A">
        <w:rPr>
          <w:rFonts w:asciiTheme="majorHAnsi" w:hAnsiTheme="majorHAnsi" w:cstheme="majorHAnsi"/>
          <w:lang w:val="nl-NL"/>
        </w:rPr>
        <w:t xml:space="preserve"> Here</w:t>
      </w:r>
      <w:r w:rsidR="0084409A" w:rsidRPr="0084409A">
        <w:rPr>
          <w:rFonts w:asciiTheme="majorHAnsi" w:hAnsiTheme="majorHAnsi" w:cstheme="majorHAnsi"/>
          <w:lang w:val="nl-NL"/>
        </w:rPr>
        <w:t xml:space="preserve">n </w:t>
      </w:r>
    </w:p>
    <w:p w14:paraId="3BE7D3E6" w14:textId="77777777" w:rsidR="0084409A" w:rsidRPr="0084409A" w:rsidRDefault="0016591A" w:rsidP="0084409A">
      <w:pPr>
        <w:pStyle w:val="Geenafstand"/>
        <w:ind w:left="2880" w:firstLine="720"/>
        <w:rPr>
          <w:rFonts w:asciiTheme="majorHAnsi" w:hAnsiTheme="majorHAnsi" w:cstheme="majorHAnsi"/>
          <w:lang w:val="nl-NL"/>
        </w:rPr>
      </w:pPr>
      <w:r w:rsidRPr="0084409A">
        <w:rPr>
          <w:rFonts w:ascii="Segoe UI Symbol" w:hAnsi="Segoe UI Symbol" w:cs="Segoe UI Symbol"/>
          <w:lang w:val="nl-NL"/>
        </w:rPr>
        <w:t>☐</w:t>
      </w:r>
      <w:r w:rsidRPr="0084409A">
        <w:rPr>
          <w:rFonts w:asciiTheme="majorHAnsi" w:hAnsiTheme="majorHAnsi" w:cstheme="majorHAnsi"/>
          <w:lang w:val="nl-NL"/>
        </w:rPr>
        <w:t xml:space="preserve"> Dames</w:t>
      </w:r>
      <w:r w:rsidR="0084409A" w:rsidRPr="0084409A">
        <w:rPr>
          <w:rFonts w:asciiTheme="majorHAnsi" w:hAnsiTheme="majorHAnsi" w:cstheme="majorHAnsi"/>
          <w:lang w:val="nl-NL"/>
        </w:rPr>
        <w:t xml:space="preserve"> </w:t>
      </w:r>
      <w:r w:rsidR="0084409A" w:rsidRPr="0084409A">
        <w:rPr>
          <w:rFonts w:asciiTheme="majorHAnsi" w:hAnsiTheme="majorHAnsi" w:cstheme="majorHAnsi"/>
          <w:lang w:val="nl-NL"/>
        </w:rPr>
        <w:tab/>
      </w:r>
    </w:p>
    <w:p w14:paraId="6EC120DB" w14:textId="42F7EA64" w:rsidR="0084409A" w:rsidRPr="0084409A" w:rsidRDefault="0016591A" w:rsidP="0084409A">
      <w:pPr>
        <w:pStyle w:val="Geenafstand"/>
        <w:ind w:left="2880" w:firstLine="720"/>
        <w:rPr>
          <w:rFonts w:asciiTheme="majorHAnsi" w:hAnsiTheme="majorHAnsi" w:cstheme="majorHAnsi"/>
          <w:lang w:val="nl-NL"/>
        </w:rPr>
      </w:pPr>
      <w:r w:rsidRPr="0084409A">
        <w:rPr>
          <w:rFonts w:ascii="Segoe UI Symbol" w:hAnsi="Segoe UI Symbol" w:cs="Segoe UI Symbol"/>
          <w:lang w:val="nl-NL"/>
        </w:rPr>
        <w:t>☐</w:t>
      </w:r>
      <w:r w:rsidRPr="0084409A">
        <w:rPr>
          <w:rFonts w:asciiTheme="majorHAnsi" w:hAnsiTheme="majorHAnsi" w:cstheme="majorHAnsi"/>
          <w:lang w:val="nl-NL"/>
        </w:rPr>
        <w:t xml:space="preserve"> Mix (minimaal 2 dames per team)</w:t>
      </w:r>
      <w:r w:rsidRPr="0084409A">
        <w:rPr>
          <w:rFonts w:asciiTheme="majorHAnsi" w:hAnsiTheme="majorHAnsi" w:cstheme="majorHAnsi"/>
          <w:lang w:val="nl-NL"/>
        </w:rPr>
        <w:br/>
      </w:r>
    </w:p>
    <w:p w14:paraId="423F4412" w14:textId="0E26D59D" w:rsidR="0084409A" w:rsidRPr="0065759A" w:rsidRDefault="0016591A" w:rsidP="0084409A">
      <w:pPr>
        <w:pStyle w:val="Geenafstand"/>
        <w:rPr>
          <w:b/>
          <w:sz w:val="26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Niveau (bijv. speelklasse ORV):</w:t>
      </w:r>
      <w:r w:rsidR="0084409A" w:rsidRPr="0084409A">
        <w:rPr>
          <w:rFonts w:asciiTheme="majorHAnsi" w:hAnsiTheme="majorHAnsi" w:cstheme="majorHAnsi"/>
          <w:lang w:val="nl-NL"/>
        </w:rPr>
        <w:tab/>
      </w:r>
      <w:r w:rsidR="0084409A" w:rsidRPr="0084409A">
        <w:rPr>
          <w:rFonts w:asciiTheme="majorHAnsi" w:hAnsiTheme="majorHAnsi" w:cstheme="majorHAnsi"/>
          <w:lang w:val="nl-NL"/>
        </w:rPr>
        <w:tab/>
      </w:r>
      <w:r w:rsidRPr="0065759A">
        <w:rPr>
          <w:rFonts w:asciiTheme="majorHAnsi" w:hAnsiTheme="majorHAnsi" w:cstheme="majorHAnsi"/>
          <w:lang w:val="nl-NL"/>
        </w:rPr>
        <w:t>________________________________________</w:t>
      </w:r>
      <w:r w:rsidRPr="0084409A">
        <w:rPr>
          <w:lang w:val="nl-NL"/>
        </w:rPr>
        <w:br/>
      </w:r>
    </w:p>
    <w:p w14:paraId="0167772A" w14:textId="77777777" w:rsidR="0016591A" w:rsidRPr="0065759A" w:rsidRDefault="0016591A" w:rsidP="0084409A">
      <w:pPr>
        <w:pStyle w:val="Geenafstand"/>
        <w:rPr>
          <w:b/>
          <w:sz w:val="26"/>
          <w:lang w:val="nl-NL"/>
        </w:rPr>
      </w:pPr>
    </w:p>
    <w:p w14:paraId="0A412BC3" w14:textId="6E8011FF" w:rsidR="006A5AAB" w:rsidRPr="0084409A" w:rsidRDefault="0016591A" w:rsidP="0084409A">
      <w:pPr>
        <w:pStyle w:val="Geenafstand"/>
        <w:rPr>
          <w:lang w:val="nl-NL"/>
        </w:rPr>
      </w:pPr>
      <w:r>
        <w:rPr>
          <w:rFonts w:ascii="Segoe UI Emoji" w:hAnsi="Segoe UI Emoji" w:cs="Segoe UI Emoji"/>
        </w:rPr>
        <w:t>👤</w:t>
      </w:r>
      <w:r w:rsidRPr="0084409A">
        <w:rPr>
          <w:rFonts w:asciiTheme="majorHAnsi" w:hAnsiTheme="majorHAnsi" w:cstheme="majorHAnsi"/>
          <w:lang w:val="nl-NL"/>
        </w:rPr>
        <w:t xml:space="preserve"> </w:t>
      </w:r>
      <w:r w:rsidRPr="0016591A">
        <w:rPr>
          <w:rFonts w:asciiTheme="majorHAnsi" w:hAnsiTheme="majorHAnsi" w:cstheme="majorHAnsi"/>
          <w:b/>
          <w:bCs/>
          <w:lang w:val="nl-NL"/>
        </w:rPr>
        <w:t>Contactpersoon</w:t>
      </w:r>
    </w:p>
    <w:p w14:paraId="718AEF55" w14:textId="77777777" w:rsidR="0084409A" w:rsidRDefault="0084409A" w:rsidP="0084409A">
      <w:pPr>
        <w:pStyle w:val="Geenafstand"/>
        <w:rPr>
          <w:rFonts w:asciiTheme="majorHAnsi" w:hAnsiTheme="majorHAnsi" w:cstheme="majorHAnsi"/>
          <w:lang w:val="nl-NL"/>
        </w:rPr>
      </w:pPr>
    </w:p>
    <w:p w14:paraId="0138883F" w14:textId="1092F9EF" w:rsidR="006A5AAB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Naam:</w:t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Pr="0084409A">
        <w:rPr>
          <w:rFonts w:asciiTheme="majorHAnsi" w:hAnsiTheme="majorHAnsi" w:cstheme="majorHAnsi"/>
          <w:lang w:val="nl-NL"/>
        </w:rPr>
        <w:t>________________________________________</w:t>
      </w:r>
      <w:r w:rsidRPr="0084409A">
        <w:rPr>
          <w:rFonts w:asciiTheme="majorHAnsi" w:hAnsiTheme="majorHAnsi" w:cstheme="majorHAnsi"/>
          <w:lang w:val="nl-NL"/>
        </w:rPr>
        <w:br/>
      </w:r>
    </w:p>
    <w:p w14:paraId="70CF9966" w14:textId="3601CC77" w:rsidR="006A5AAB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Telefoonnummer:</w:t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Pr="0084409A">
        <w:rPr>
          <w:rFonts w:asciiTheme="majorHAnsi" w:hAnsiTheme="majorHAnsi" w:cstheme="majorHAnsi"/>
          <w:lang w:val="nl-NL"/>
        </w:rPr>
        <w:t>________________________________________</w:t>
      </w:r>
      <w:r w:rsidRPr="0084409A">
        <w:rPr>
          <w:rFonts w:asciiTheme="majorHAnsi" w:hAnsiTheme="majorHAnsi" w:cstheme="majorHAnsi"/>
          <w:lang w:val="nl-NL"/>
        </w:rPr>
        <w:br/>
      </w:r>
    </w:p>
    <w:p w14:paraId="5BA8ABF5" w14:textId="3A981F14" w:rsidR="0084409A" w:rsidRPr="0065759A" w:rsidRDefault="0016591A" w:rsidP="0084409A">
      <w:pPr>
        <w:pStyle w:val="Geenafstand"/>
        <w:rPr>
          <w:b/>
          <w:sz w:val="26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E-mailadres:</w:t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="0084409A">
        <w:rPr>
          <w:rFonts w:asciiTheme="majorHAnsi" w:hAnsiTheme="majorHAnsi" w:cstheme="majorHAnsi"/>
          <w:lang w:val="nl-NL"/>
        </w:rPr>
        <w:tab/>
      </w:r>
      <w:r w:rsidRPr="0084409A">
        <w:rPr>
          <w:rFonts w:asciiTheme="majorHAnsi" w:hAnsiTheme="majorHAnsi" w:cstheme="majorHAnsi"/>
          <w:lang w:val="nl-NL"/>
        </w:rPr>
        <w:t>________________________________________</w:t>
      </w:r>
      <w:r w:rsidRPr="0084409A">
        <w:rPr>
          <w:lang w:val="nl-NL"/>
        </w:rPr>
        <w:br/>
      </w:r>
    </w:p>
    <w:p w14:paraId="1510EB56" w14:textId="77777777" w:rsidR="0016591A" w:rsidRPr="0065759A" w:rsidRDefault="0016591A" w:rsidP="0084409A">
      <w:pPr>
        <w:pStyle w:val="Geenafstand"/>
        <w:rPr>
          <w:b/>
          <w:sz w:val="26"/>
          <w:lang w:val="nl-NL"/>
        </w:rPr>
      </w:pPr>
    </w:p>
    <w:p w14:paraId="21A96F69" w14:textId="6AFF3532" w:rsidR="006A5AAB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>
        <w:rPr>
          <w:rFonts w:ascii="Segoe UI Emoji" w:hAnsi="Segoe UI Emoji" w:cs="Segoe UI Emoji"/>
        </w:rPr>
        <w:t>📅</w:t>
      </w:r>
      <w:r w:rsidRPr="0084409A">
        <w:rPr>
          <w:rFonts w:asciiTheme="majorHAnsi" w:hAnsiTheme="majorHAnsi" w:cstheme="majorHAnsi"/>
          <w:lang w:val="nl-NL"/>
        </w:rPr>
        <w:t xml:space="preserve"> </w:t>
      </w:r>
      <w:r w:rsidRPr="0016591A">
        <w:rPr>
          <w:rFonts w:asciiTheme="majorHAnsi" w:hAnsiTheme="majorHAnsi" w:cstheme="majorHAnsi"/>
          <w:b/>
          <w:bCs/>
          <w:lang w:val="nl-NL"/>
        </w:rPr>
        <w:t>Belangrijke informatie</w:t>
      </w:r>
    </w:p>
    <w:p w14:paraId="0FFEC113" w14:textId="77777777" w:rsidR="0084409A" w:rsidRPr="0084409A" w:rsidRDefault="0084409A" w:rsidP="0084409A">
      <w:pPr>
        <w:pStyle w:val="Geenafstand"/>
        <w:rPr>
          <w:rFonts w:asciiTheme="majorHAnsi" w:hAnsiTheme="majorHAnsi" w:cstheme="majorHAnsi"/>
          <w:lang w:val="nl-NL"/>
        </w:rPr>
      </w:pPr>
    </w:p>
    <w:p w14:paraId="16389327" w14:textId="645272DF" w:rsidR="006575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 xml:space="preserve">• </w:t>
      </w:r>
      <w:r w:rsidR="0065759A">
        <w:rPr>
          <w:rFonts w:asciiTheme="majorHAnsi" w:hAnsiTheme="majorHAnsi" w:cstheme="majorHAnsi"/>
          <w:lang w:val="nl-NL"/>
        </w:rPr>
        <w:t>De zaal is open vanaf 09:00 uur</w:t>
      </w:r>
      <w:r w:rsidR="00927C8D">
        <w:rPr>
          <w:rFonts w:asciiTheme="majorHAnsi" w:hAnsiTheme="majorHAnsi" w:cstheme="majorHAnsi"/>
          <w:lang w:val="nl-NL"/>
        </w:rPr>
        <w:t>.</w:t>
      </w:r>
    </w:p>
    <w:p w14:paraId="7C23D0C7" w14:textId="476BEE87" w:rsidR="006A5AAB" w:rsidRPr="0084409A" w:rsidRDefault="0065759A" w:rsidP="006575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 xml:space="preserve">• </w:t>
      </w:r>
      <w:r w:rsidR="0016591A" w:rsidRPr="0084409A">
        <w:rPr>
          <w:rFonts w:asciiTheme="majorHAnsi" w:hAnsiTheme="majorHAnsi" w:cstheme="majorHAnsi"/>
          <w:lang w:val="nl-NL"/>
        </w:rPr>
        <w:t>De eerste wedstrijden starten om 09:</w:t>
      </w:r>
      <w:r>
        <w:rPr>
          <w:rFonts w:asciiTheme="majorHAnsi" w:hAnsiTheme="majorHAnsi" w:cstheme="majorHAnsi"/>
          <w:lang w:val="nl-NL"/>
        </w:rPr>
        <w:t>3</w:t>
      </w:r>
      <w:r w:rsidR="0016591A" w:rsidRPr="0084409A">
        <w:rPr>
          <w:rFonts w:asciiTheme="majorHAnsi" w:hAnsiTheme="majorHAnsi" w:cstheme="majorHAnsi"/>
          <w:lang w:val="nl-NL"/>
        </w:rPr>
        <w:t>0 uur.</w:t>
      </w:r>
    </w:p>
    <w:p w14:paraId="050D66FF" w14:textId="66DDC16D" w:rsidR="006A5AAB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• Het toernooi eindigt rond 16:00 uur.</w:t>
      </w:r>
    </w:p>
    <w:p w14:paraId="6E34EC1F" w14:textId="77777777" w:rsidR="006A5AAB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• De poule-indeling en het speelschema worden op de dag zelf uitgereikt bij aanmelding.</w:t>
      </w:r>
    </w:p>
    <w:p w14:paraId="7F5356E5" w14:textId="63981EEC" w:rsidR="006A5AAB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• Inschrijv</w:t>
      </w:r>
      <w:r w:rsidR="0084409A" w:rsidRPr="0084409A">
        <w:rPr>
          <w:rFonts w:asciiTheme="majorHAnsi" w:hAnsiTheme="majorHAnsi" w:cstheme="majorHAnsi"/>
          <w:lang w:val="nl-NL"/>
        </w:rPr>
        <w:t>en</w:t>
      </w:r>
      <w:r w:rsidRPr="0084409A">
        <w:rPr>
          <w:rFonts w:asciiTheme="majorHAnsi" w:hAnsiTheme="majorHAnsi" w:cstheme="majorHAnsi"/>
          <w:lang w:val="nl-NL"/>
        </w:rPr>
        <w:t xml:space="preserve"> is mogelijk tot en met 1 december 202</w:t>
      </w:r>
      <w:r w:rsidR="00AF7198">
        <w:rPr>
          <w:rFonts w:asciiTheme="majorHAnsi" w:hAnsiTheme="majorHAnsi" w:cstheme="majorHAnsi"/>
          <w:lang w:val="nl-NL"/>
        </w:rPr>
        <w:t>6</w:t>
      </w:r>
      <w:r w:rsidRPr="0084409A">
        <w:rPr>
          <w:rFonts w:asciiTheme="majorHAnsi" w:hAnsiTheme="majorHAnsi" w:cstheme="majorHAnsi"/>
          <w:lang w:val="nl-NL"/>
        </w:rPr>
        <w:t xml:space="preserve"> via rvc-kerst@outlook.com.</w:t>
      </w:r>
    </w:p>
    <w:p w14:paraId="3B39964A" w14:textId="77777777" w:rsidR="006A5AAB" w:rsidRDefault="006A5AAB" w:rsidP="0084409A">
      <w:pPr>
        <w:pStyle w:val="Geenafstand"/>
        <w:rPr>
          <w:lang w:val="nl-NL"/>
        </w:rPr>
      </w:pPr>
    </w:p>
    <w:p w14:paraId="1B8DF062" w14:textId="77777777" w:rsidR="0016591A" w:rsidRPr="0084409A" w:rsidRDefault="0016591A" w:rsidP="0084409A">
      <w:pPr>
        <w:pStyle w:val="Geenafstand"/>
        <w:rPr>
          <w:lang w:val="nl-NL"/>
        </w:rPr>
      </w:pPr>
    </w:p>
    <w:p w14:paraId="2B475B8B" w14:textId="08186E8D" w:rsidR="006A5AAB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>
        <w:rPr>
          <w:rFonts w:ascii="Segoe UI Emoji" w:hAnsi="Segoe UI Emoji" w:cs="Segoe UI Emoji"/>
        </w:rPr>
        <w:t>💶</w:t>
      </w:r>
      <w:r w:rsidRPr="0084409A">
        <w:rPr>
          <w:lang w:val="nl-NL"/>
        </w:rPr>
        <w:t xml:space="preserve"> </w:t>
      </w:r>
      <w:r w:rsidRPr="0016591A">
        <w:rPr>
          <w:rFonts w:asciiTheme="majorHAnsi" w:hAnsiTheme="majorHAnsi" w:cstheme="majorHAnsi"/>
          <w:b/>
          <w:bCs/>
          <w:lang w:val="nl-NL"/>
        </w:rPr>
        <w:t>Inschrijfgeld: €</w:t>
      </w:r>
      <w:proofErr w:type="gramStart"/>
      <w:r w:rsidRPr="0016591A">
        <w:rPr>
          <w:rFonts w:asciiTheme="majorHAnsi" w:hAnsiTheme="majorHAnsi" w:cstheme="majorHAnsi"/>
          <w:b/>
          <w:bCs/>
          <w:lang w:val="nl-NL"/>
        </w:rPr>
        <w:t>3</w:t>
      </w:r>
      <w:r w:rsidR="00AF7198">
        <w:rPr>
          <w:rFonts w:asciiTheme="majorHAnsi" w:hAnsiTheme="majorHAnsi" w:cstheme="majorHAnsi"/>
          <w:b/>
          <w:bCs/>
          <w:lang w:val="nl-NL"/>
        </w:rPr>
        <w:t>5</w:t>
      </w:r>
      <w:r w:rsidRPr="0016591A">
        <w:rPr>
          <w:rFonts w:asciiTheme="majorHAnsi" w:hAnsiTheme="majorHAnsi" w:cstheme="majorHAnsi"/>
          <w:b/>
          <w:bCs/>
          <w:lang w:val="nl-NL"/>
        </w:rPr>
        <w:t>,-</w:t>
      </w:r>
      <w:proofErr w:type="gramEnd"/>
      <w:r w:rsidRPr="0016591A">
        <w:rPr>
          <w:rFonts w:asciiTheme="majorHAnsi" w:hAnsiTheme="majorHAnsi" w:cstheme="majorHAnsi"/>
          <w:b/>
          <w:bCs/>
          <w:lang w:val="nl-NL"/>
        </w:rPr>
        <w:t xml:space="preserve"> per team</w:t>
      </w:r>
    </w:p>
    <w:p w14:paraId="6132AE34" w14:textId="77777777" w:rsidR="0084409A" w:rsidRPr="0084409A" w:rsidRDefault="0084409A" w:rsidP="0084409A">
      <w:pPr>
        <w:pStyle w:val="Geenafstand"/>
        <w:rPr>
          <w:lang w:val="nl-NL"/>
        </w:rPr>
      </w:pPr>
    </w:p>
    <w:p w14:paraId="6B8FA1FC" w14:textId="2745C0F8" w:rsidR="006A5AAB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 xml:space="preserve">Betaling graag vóór </w:t>
      </w:r>
      <w:r w:rsidR="00AF7198">
        <w:rPr>
          <w:rFonts w:asciiTheme="majorHAnsi" w:hAnsiTheme="majorHAnsi" w:cstheme="majorHAnsi"/>
          <w:lang w:val="nl-NL"/>
        </w:rPr>
        <w:t>1</w:t>
      </w:r>
      <w:r w:rsidRPr="0084409A">
        <w:rPr>
          <w:rFonts w:asciiTheme="majorHAnsi" w:hAnsiTheme="majorHAnsi" w:cstheme="majorHAnsi"/>
          <w:lang w:val="nl-NL"/>
        </w:rPr>
        <w:t xml:space="preserve"> december 202</w:t>
      </w:r>
      <w:r w:rsidR="00AF7198">
        <w:rPr>
          <w:rFonts w:asciiTheme="majorHAnsi" w:hAnsiTheme="majorHAnsi" w:cstheme="majorHAnsi"/>
          <w:lang w:val="nl-NL"/>
        </w:rPr>
        <w:t>6</w:t>
      </w:r>
      <w:r w:rsidRPr="0084409A">
        <w:rPr>
          <w:rFonts w:asciiTheme="majorHAnsi" w:hAnsiTheme="majorHAnsi" w:cstheme="majorHAnsi"/>
          <w:lang w:val="nl-NL"/>
        </w:rPr>
        <w:t xml:space="preserve"> overmaken naar:</w:t>
      </w:r>
    </w:p>
    <w:p w14:paraId="00462D1F" w14:textId="77777777" w:rsidR="006A5AAB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Rabobank NL73 RABO 0145 3169 63</w:t>
      </w:r>
    </w:p>
    <w:p w14:paraId="617FB1D8" w14:textId="77777777" w:rsidR="0084409A" w:rsidRPr="0084409A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 xml:space="preserve">t.n.v. RVC Rijsbergen </w:t>
      </w:r>
    </w:p>
    <w:p w14:paraId="1DFDA425" w14:textId="27F1738D" w:rsidR="006A5AAB" w:rsidRDefault="0016591A" w:rsidP="0084409A">
      <w:pPr>
        <w:pStyle w:val="Geenafstand"/>
        <w:rPr>
          <w:rFonts w:asciiTheme="majorHAnsi" w:hAnsiTheme="majorHAnsi" w:cstheme="majorHAnsi"/>
          <w:lang w:val="nl-NL"/>
        </w:rPr>
      </w:pPr>
      <w:r w:rsidRPr="0084409A">
        <w:rPr>
          <w:rFonts w:asciiTheme="majorHAnsi" w:hAnsiTheme="majorHAnsi" w:cstheme="majorHAnsi"/>
          <w:lang w:val="nl-NL"/>
        </w:rPr>
        <w:t>o.v.v. teamnaam.</w:t>
      </w:r>
    </w:p>
    <w:p w14:paraId="5E953891" w14:textId="77777777" w:rsidR="0084409A" w:rsidRPr="0084409A" w:rsidRDefault="0084409A" w:rsidP="0084409A">
      <w:pPr>
        <w:pStyle w:val="Geenafstand"/>
        <w:rPr>
          <w:rFonts w:asciiTheme="majorHAnsi" w:hAnsiTheme="majorHAnsi" w:cstheme="majorHAnsi"/>
          <w:lang w:val="nl-NL"/>
        </w:rPr>
      </w:pPr>
    </w:p>
    <w:p w14:paraId="1B3AAFA5" w14:textId="424D3B87" w:rsidR="006A5AAB" w:rsidRPr="0084409A" w:rsidRDefault="0016591A" w:rsidP="0084409A">
      <w:pPr>
        <w:rPr>
          <w:lang w:val="nl-NL"/>
        </w:rPr>
      </w:pPr>
      <w:r w:rsidRPr="0084409A">
        <w:rPr>
          <w:b/>
          <w:lang w:val="nl-NL"/>
        </w:rPr>
        <w:t>⚠</w:t>
      </w:r>
      <w:r>
        <w:rPr>
          <w:b/>
        </w:rPr>
        <w:t>️</w:t>
      </w:r>
      <w:r w:rsidRPr="0084409A">
        <w:rPr>
          <w:b/>
          <w:lang w:val="nl-NL"/>
        </w:rPr>
        <w:t xml:space="preserve"> De inschrijving is pas definitief na ontvangst van het inschrijfgeld.</w:t>
      </w:r>
    </w:p>
    <w:sectPr w:rsidR="006A5AAB" w:rsidRPr="0084409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305265"/>
    <w:multiLevelType w:val="hybridMultilevel"/>
    <w:tmpl w:val="46882A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400869">
    <w:abstractNumId w:val="8"/>
  </w:num>
  <w:num w:numId="2" w16cid:durableId="1279339459">
    <w:abstractNumId w:val="6"/>
  </w:num>
  <w:num w:numId="3" w16cid:durableId="110444609">
    <w:abstractNumId w:val="5"/>
  </w:num>
  <w:num w:numId="4" w16cid:durableId="1779253142">
    <w:abstractNumId w:val="4"/>
  </w:num>
  <w:num w:numId="5" w16cid:durableId="921983725">
    <w:abstractNumId w:val="7"/>
  </w:num>
  <w:num w:numId="6" w16cid:durableId="921178552">
    <w:abstractNumId w:val="3"/>
  </w:num>
  <w:num w:numId="7" w16cid:durableId="1636252910">
    <w:abstractNumId w:val="2"/>
  </w:num>
  <w:num w:numId="8" w16cid:durableId="1126003202">
    <w:abstractNumId w:val="1"/>
  </w:num>
  <w:num w:numId="9" w16cid:durableId="1270891118">
    <w:abstractNumId w:val="0"/>
  </w:num>
  <w:num w:numId="10" w16cid:durableId="14231446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91A"/>
    <w:rsid w:val="0029639D"/>
    <w:rsid w:val="00317EBE"/>
    <w:rsid w:val="00326F90"/>
    <w:rsid w:val="0065759A"/>
    <w:rsid w:val="006A5AAB"/>
    <w:rsid w:val="0084409A"/>
    <w:rsid w:val="008A6424"/>
    <w:rsid w:val="00927C8D"/>
    <w:rsid w:val="00A42E0D"/>
    <w:rsid w:val="00AA1D8D"/>
    <w:rsid w:val="00AF7198"/>
    <w:rsid w:val="00B37B91"/>
    <w:rsid w:val="00B47730"/>
    <w:rsid w:val="00BE498E"/>
    <w:rsid w:val="00CB0664"/>
    <w:rsid w:val="00F116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7B152"/>
  <w14:defaultImageDpi w14:val="300"/>
  <w15:docId w15:val="{523A6EF5-2FBF-44A4-B696-3AF87501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Katinka Wijnker (69464)</cp:lastModifiedBy>
  <cp:revision>4</cp:revision>
  <dcterms:created xsi:type="dcterms:W3CDTF">2026-10-19T18:22:00Z</dcterms:created>
  <dcterms:modified xsi:type="dcterms:W3CDTF">2026-10-19T18:23:00Z</dcterms:modified>
  <cp:category/>
</cp:coreProperties>
</file>